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Arial" w:hAnsi="Arial"/>
          <w:b/>
          <w:sz w:val="20"/>
        </w:rPr>
        <w:t>Ixtlahuacán de los Membrillos</w:t>
        <w:br/>
        <w:t>AYUNTAMIENTO 2024 - 2027</w:t>
        <w:br/>
        <w:br/>
        <w:t>Oficio: SIND-B/172/09/2026</w:t>
        <w:br/>
        <w:t>Asunto: Se remite información fundamental</w:t>
        <w:br/>
        <w:t>Ixtlahuacán de los Membrillos, Jalisco a 02 (dos) de octubre del año 2026 (dos mil veintiséis)</w:t>
        <w:br/>
      </w:r>
    </w:p>
    <w:p>
      <w:r>
        <w:rPr>
          <w:rFonts w:ascii="Arial" w:hAnsi="Arial"/>
          <w:b/>
          <w:sz w:val="22"/>
        </w:rPr>
        <w:t>MTRA. MONICA ALEJANDRA HERNANDEZ OCHOA</w:t>
        <w:br/>
        <w:t>DIRECTORA DE LA UNIDAD DE TRANSPARENCIA</w:t>
        <w:br/>
        <w:t>Y BUENAS PRACTICAS</w:t>
        <w:br/>
        <w:t>PRESENTE:</w:t>
      </w:r>
    </w:p>
    <w:p>
      <w:pPr>
        <w:jc w:val="both"/>
      </w:pPr>
      <w:r>
        <w:rPr>
          <w:rFonts w:ascii="Arial" w:hAnsi="Arial"/>
          <w:sz w:val="22"/>
        </w:rPr>
        <w:t>Por medio del presente, y en atención a las obligaciones administrativas y de transparencia que corresponden a esta Unidad Administrativa, me permito informar que, respecto de la celebración de contratos de arrendamiento sobre bienes inmuebles que el Municipio otorgue en arrendamiento a personas físicas, durante el mes de Septiembre de 2026, no se celebró contrato alguno ni se generó documentación contractual relacionada con dicho supuesto.</w:t>
      </w:r>
    </w:p>
    <w:p>
      <w:pPr>
        <w:jc w:val="both"/>
      </w:pPr>
      <w:r>
        <w:rPr>
          <w:rFonts w:ascii="Arial" w:hAnsi="Arial"/>
          <w:sz w:val="22"/>
        </w:rPr>
        <w:t>Asimismo, hago de su conocimiento que la información y documentación correspondiente se encuentra actualizada y disponible para consulta pública, a través de la página oficial del H. Ayuntamiento Constitucional de Ixtlahuacán de los Membrillos, Jalisco, en el apartado correspondiente, al cual se puede acceder mediante el siguiente enlace: https://www.utei.imembrillos.gob.mx/8_VI_f.html</w:t>
      </w:r>
    </w:p>
    <w:p>
      <w:pPr>
        <w:jc w:val="both"/>
      </w:pPr>
      <w:r>
        <w:rPr>
          <w:rFonts w:ascii="Arial" w:hAnsi="Arial"/>
          <w:sz w:val="22"/>
        </w:rPr>
        <w:t>Sin otro particular, se hace propicia la ocasión para reiterar la disposición de esta Oficina para proporcionar la información y documentación que, dentro del ámbito de sus atribuciones, resulte necesaria para el debido cumplimiento de las obligaciones administrativas y de transparencia de este Ayuntamiento.</w:t>
      </w:r>
    </w:p>
    <w:p>
      <w:pPr>
        <w:jc w:val="center"/>
      </w:pPr>
      <w:r>
        <w:rPr>
          <w:rFonts w:ascii="Arial" w:hAnsi="Arial"/>
          <w:b/>
          <w:sz w:val="22"/>
        </w:rPr>
        <w:br/>
        <w:br/>
        <w:t>ATENTAMENTE</w:t>
        <w:br/>
        <w:br/>
        <w:br/>
        <w:t>___________________________________</w:t>
        <w:br/>
        <w:t>ING. BLANCA MIREYA TRUJILLO ROCHIN</w:t>
        <w:br/>
        <w:t>SINDICO MUNICIPAL DE IXTLAHUACÁN DE LOS MEMBRILLOS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